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עולים: מילון חזותי (אימוג׳י), שורת "בקצרה" פשוטה לכל פסקה, בנק מילות קישור צבעוני ופתיחי משפט.</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סופגים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קולטים, לוקחים לתוכם</w:t>
            </w:r>
          </w:p>
        </w:tc>
      </w:tr>
      <w:tr>
        <w:tc>
          <w:tcPr>
            <w:tcW w:type="dxa" w:w="3439"/>
          </w:tcPr>
          <w:p>
            <w:pPr>
              <w:bidi w:val="1"/>
              <w:spacing w:after="20"/>
              <w:jc w:val="right"/>
            </w:pPr>
            <w:r>
              <w:rPr>
                <w:sz w:val="22"/>
                <w:rtl w:val="1"/>
                <w:rFonts w:ascii="Arial" w:hAnsi="Arial" w:cs="Arial"/>
                <w:szCs w:val="22"/>
              </w:rPr>
              <w:t>להפחית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לעשות שיהיה פחות</w:t>
            </w:r>
          </w:p>
        </w:tc>
      </w:tr>
      <w:tr>
        <w:tc>
          <w:tcPr>
            <w:tcW w:type="dxa" w:w="3439"/>
          </w:tcPr>
          <w:p>
            <w:pPr>
              <w:bidi w:val="1"/>
              <w:spacing w:after="20"/>
              <w:jc w:val="right"/>
            </w:pPr>
            <w:r>
              <w:rPr>
                <w:sz w:val="22"/>
                <w:rtl w:val="1"/>
                <w:rFonts w:ascii="Arial" w:hAnsi="Arial" w:cs="Arial"/>
                <w:szCs w:val="22"/>
              </w:rPr>
              <w:t>ערוגה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מקום קטן לשתילה</w:t>
            </w:r>
          </w:p>
        </w:tc>
      </w:tr>
      <w:tr>
        <w:tc>
          <w:tcPr>
            <w:tcW w:type="dxa" w:w="3439"/>
          </w:tcPr>
          <w:p>
            <w:pPr>
              <w:bidi w:val="1"/>
              <w:spacing w:after="20"/>
              <w:jc w:val="right"/>
            </w:pPr>
            <w:r>
              <w:rPr>
                <w:sz w:val="22"/>
                <w:rtl w:val="1"/>
                <w:rFonts w:ascii="Arial" w:hAnsi="Arial" w:cs="Arial"/>
                <w:szCs w:val="22"/>
              </w:rPr>
              <w:t>תורנות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כל פעם אחרים אחראים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3"/>
          <w:rtl w:val="1"/>
          <w:rFonts w:ascii="Arial" w:hAnsi="Arial" w:cs="Arial"/>
          <w:bCs/>
          <w:szCs w:val="23"/>
        </w:rPr>
        <w:t>1. עוד לא התחלתם לקרוא, ולטקסט יש כותרת שהיא שאלה.   [🏷️ כותרת – מה היא מבטיחה?]</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b/>
          <w:color w:val="C92A2A"/>
          <w:sz w:val="22"/>
          <w:rtl w:val="1"/>
          <w:rFonts w:ascii="Arial" w:hAnsi="Arial" w:cs="Arial"/>
          <w:bCs/>
          <w:szCs w:val="22"/>
        </w:rPr>
        <w:t xml:space="preserve">   ב. 🏷️ כותרת – מה היא מבטיחה? ✔</w:t>
      </w:r>
    </w:p>
    <w:p>
      <w:pPr>
        <w:bidi w:val="1"/>
        <w:spacing w:after="20"/>
        <w:jc w:val="right"/>
      </w:pPr>
      <w:r>
        <w:rPr>
          <w:sz w:val="22"/>
          <w:rtl w:val="1"/>
          <w:rFonts w:ascii="Arial" w:hAnsi="Arial" w:cs="Arial"/>
          <w:szCs w:val="22"/>
        </w:rPr>
        <w:t xml:space="preserve">   ג. 🆘 נתקעתי!</w:t>
      </w:r>
    </w:p>
    <w:p>
      <w:pPr>
        <w:bidi w:val="1"/>
        <w:spacing w:after="40"/>
        <w:jc w:val="right"/>
      </w:pPr>
      <w:r>
        <w:rPr>
          <w:b/>
          <w:sz w:val="23"/>
          <w:rtl w:val="1"/>
          <w:rFonts w:ascii="Arial" w:hAnsi="Arial" w:cs="Arial"/>
          <w:bCs/>
          <w:szCs w:val="23"/>
        </w:rPr>
        <w:t>2. המורה מבקשת לנחש מה יקרה בסיפור עוד לפני הקריאה.   [🔮 ניבוי – מה יהיה בטקסט?]</w:t>
      </w:r>
    </w:p>
    <w:p>
      <w:pPr>
        <w:bidi w:val="1"/>
        <w:spacing w:after="20"/>
        <w:jc w:val="right"/>
      </w:pPr>
      <w:r>
        <w:rPr>
          <w:sz w:val="22"/>
          <w:rtl w:val="1"/>
          <w:rFonts w:ascii="Arial" w:hAnsi="Arial" w:cs="Arial"/>
          <w:szCs w:val="22"/>
        </w:rPr>
        <w:t xml:space="preserve">   א. 🔗 מילות קישור – תמרורים בטקסט</w:t>
      </w:r>
    </w:p>
    <w:p>
      <w:pPr>
        <w:bidi w:val="1"/>
        <w:spacing w:after="20"/>
        <w:jc w:val="right"/>
      </w:pPr>
      <w:r>
        <w:rPr>
          <w:b/>
          <w:color w:val="C92A2A"/>
          <w:sz w:val="22"/>
          <w:rtl w:val="1"/>
          <w:rFonts w:ascii="Arial" w:hAnsi="Arial" w:cs="Arial"/>
          <w:bCs/>
          <w:szCs w:val="22"/>
        </w:rPr>
        <w:t xml:space="preserve">   ב. 🔮 ניבוי – מה יהיה בטקסט? ✔</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3. סיימתם פסקה ולא בטוחים מה העיקר בה.   [💡 הרעיון המרכזי בפסקה]</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שאלת עמדה</w:t>
      </w:r>
    </w:p>
    <w:p>
      <w:pPr>
        <w:bidi w:val="1"/>
        <w:spacing w:after="20"/>
        <w:jc w:val="right"/>
      </w:pPr>
      <w:r>
        <w:rPr>
          <w:b/>
          <w:color w:val="C92A2A"/>
          <w:sz w:val="22"/>
          <w:rtl w:val="1"/>
          <w:rFonts w:ascii="Arial" w:hAnsi="Arial" w:cs="Arial"/>
          <w:bCs/>
          <w:szCs w:val="22"/>
        </w:rPr>
        <w:t xml:space="preserve">   ג. 💡 הרעיון המרכזי בפסקה ✔</w:t>
      </w:r>
    </w:p>
    <w:p>
      <w:pPr>
        <w:bidi w:val="1"/>
        <w:spacing w:after="40"/>
        <w:jc w:val="right"/>
      </w:pPr>
      <w:r>
        <w:rPr>
          <w:b/>
          <w:sz w:val="23"/>
          <w:rtl w:val="1"/>
          <w:rFonts w:ascii="Arial" w:hAnsi="Arial" w:cs="Arial"/>
          <w:bCs/>
          <w:szCs w:val="23"/>
        </w:rPr>
        <w:t>4. באמצע הפסקה מופיע "עם זאת" ואתם תוהים מה יבוא אחריו.   [🔗 מילות קישור – תמרורים בטקסט]</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b/>
          <w:color w:val="C92A2A"/>
          <w:sz w:val="22"/>
          <w:rtl w:val="1"/>
          <w:rFonts w:ascii="Arial" w:hAnsi="Arial" w:cs="Arial"/>
          <w:bCs/>
          <w:szCs w:val="22"/>
        </w:rPr>
        <w:t xml:space="preserve">   ב. 🔗 מילות קישור – תמרורים בטקסט ✔</w:t>
      </w:r>
    </w:p>
    <w:p>
      <w:pPr>
        <w:bidi w:val="1"/>
        <w:spacing w:after="20"/>
        <w:jc w:val="right"/>
      </w:pPr>
      <w:r>
        <w:rPr>
          <w:sz w:val="22"/>
          <w:rtl w:val="1"/>
          <w:rFonts w:ascii="Arial" w:hAnsi="Arial" w:cs="Arial"/>
          <w:szCs w:val="22"/>
        </w:rPr>
        <w:t xml:space="preserve">   ג. 🧱 מילה קשה מאוד</w:t>
      </w:r>
    </w:p>
    <w:p>
      <w:pPr>
        <w:bidi w:val="1"/>
        <w:spacing w:after="40"/>
        <w:jc w:val="right"/>
      </w:pPr>
      <w:r>
        <w:rPr>
          <w:b/>
          <w:sz w:val="23"/>
          <w:rtl w:val="1"/>
          <w:rFonts w:ascii="Arial" w:hAnsi="Arial" w:cs="Arial"/>
          <w:bCs/>
          <w:szCs w:val="23"/>
        </w:rPr>
        <w:t>5. בסיפור יש תיאור ארוך של מקום, ואתם רוצים להרגיש אותו.   [🎬 רואים את זה בדמיון]</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b/>
          <w:color w:val="C92A2A"/>
          <w:sz w:val="22"/>
          <w:rtl w:val="1"/>
          <w:rFonts w:ascii="Arial" w:hAnsi="Arial" w:cs="Arial"/>
          <w:bCs/>
          <w:szCs w:val="22"/>
        </w:rPr>
        <w:t xml:space="preserve">   ב. 🎬 רואים את זה בדמיון ✔</w:t>
      </w:r>
    </w:p>
    <w:p>
      <w:pPr>
        <w:bidi w:val="1"/>
        <w:spacing w:after="20"/>
        <w:jc w:val="right"/>
      </w:pPr>
      <w:r>
        <w:rPr>
          <w:sz w:val="22"/>
          <w:rtl w:val="1"/>
          <w:rFonts w:ascii="Arial" w:hAnsi="Arial" w:cs="Arial"/>
          <w:szCs w:val="22"/>
        </w:rPr>
        <w:t xml:space="preserve">   ג. 📝 סיכום קצר</w:t>
      </w:r>
    </w:p>
    <w:p>
      <w:pPr>
        <w:bidi w:val="1"/>
        <w:spacing w:after="40"/>
        <w:jc w:val="right"/>
      </w:pPr>
      <w:r>
        <w:rPr>
          <w:b/>
          <w:sz w:val="23"/>
          <w:rtl w:val="1"/>
          <w:rFonts w:ascii="Arial" w:hAnsi="Arial" w:cs="Arial"/>
          <w:bCs/>
          <w:szCs w:val="23"/>
        </w:rPr>
        <w:t>6. רוצים לראות איך כל הפסקאות מתחברות זו לזו.   [🗺️ מפת הטקסט]</w:t>
      </w:r>
    </w:p>
    <w:p>
      <w:pPr>
        <w:bidi w:val="1"/>
        <w:spacing w:after="20"/>
        <w:jc w:val="right"/>
      </w:pPr>
      <w:r>
        <w:rPr>
          <w:b/>
          <w:color w:val="C92A2A"/>
          <w:sz w:val="22"/>
          <w:rtl w:val="1"/>
          <w:rFonts w:ascii="Arial" w:hAnsi="Arial" w:cs="Arial"/>
          <w:bCs/>
          <w:szCs w:val="22"/>
        </w:rPr>
        <w:t xml:space="preserve">   א. 🗺️ מפת הטקסט ✔</w:t>
      </w:r>
    </w:p>
    <w:p>
      <w:pPr>
        <w:bidi w:val="1"/>
        <w:spacing w:after="20"/>
        <w:jc w:val="right"/>
      </w:pPr>
      <w:r>
        <w:rPr>
          <w:sz w:val="22"/>
          <w:rtl w:val="1"/>
          <w:rFonts w:ascii="Arial" w:hAnsi="Arial" w:cs="Arial"/>
          <w:szCs w:val="22"/>
        </w:rPr>
        <w:t xml:space="preserve">   ב. 🧩 מילה לא מוכרת – מבינים מההקשר</w:t>
      </w:r>
    </w:p>
    <w:p>
      <w:pPr>
        <w:bidi w:val="1"/>
        <w:spacing w:after="20"/>
        <w:jc w:val="right"/>
      </w:pPr>
      <w:r>
        <w:rPr>
          <w:sz w:val="22"/>
          <w:rtl w:val="1"/>
          <w:rFonts w:ascii="Arial" w:hAnsi="Arial" w:cs="Arial"/>
          <w:szCs w:val="22"/>
        </w:rPr>
        <w:t xml:space="preserve">   ג. ✅ בדיקה לפני הגשה</w:t>
      </w:r>
    </w:p>
    <w:p>
      <w:pPr>
        <w:bidi w:val="1"/>
        <w:spacing w:after="40"/>
        <w:jc w:val="right"/>
      </w:pPr>
      <w:r>
        <w:rPr>
          <w:b/>
          <w:sz w:val="23"/>
          <w:rtl w:val="1"/>
          <w:rFonts w:ascii="Arial" w:hAnsi="Arial" w:cs="Arial"/>
          <w:bCs/>
          <w:szCs w:val="23"/>
        </w:rPr>
        <w:t>7. השאלה: "מה אפשר להסיק על אופי הדמות?"   [🕵️ שאלת הסקה – בין השורות]</w:t>
      </w:r>
    </w:p>
    <w:p>
      <w:pPr>
        <w:bidi w:val="1"/>
        <w:spacing w:after="20"/>
        <w:jc w:val="right"/>
      </w:pPr>
      <w:r>
        <w:rPr>
          <w:sz w:val="22"/>
          <w:rtl w:val="1"/>
          <w:rFonts w:ascii="Arial" w:hAnsi="Arial" w:cs="Arial"/>
          <w:szCs w:val="22"/>
        </w:rPr>
        <w:t xml:space="preserve">   א. 🖍️ סימון מילות מפתח</w:t>
      </w:r>
    </w:p>
    <w:p>
      <w:pPr>
        <w:bidi w:val="1"/>
        <w:spacing w:after="20"/>
        <w:jc w:val="right"/>
      </w:pPr>
      <w:r>
        <w:rPr>
          <w:b/>
          <w:color w:val="C92A2A"/>
          <w:sz w:val="22"/>
          <w:rtl w:val="1"/>
          <w:rFonts w:ascii="Arial" w:hAnsi="Arial" w:cs="Arial"/>
          <w:bCs/>
          <w:szCs w:val="22"/>
        </w:rPr>
        <w:t xml:space="preserve">   ב. 🕵️ שאלת הסקה – בין השורות ✔</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8. בשאלה כתוב "ציינו שלושה… והסבירו אחד", ולא ברור כמה לכתוב.   [📖 קוראים את השאלה נכון]</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סימון מילות מפתח</w:t>
      </w:r>
    </w:p>
    <w:p>
      <w:pPr>
        <w:bidi w:val="1"/>
        <w:spacing w:after="20"/>
        <w:jc w:val="right"/>
      </w:pPr>
      <w:r>
        <w:rPr>
          <w:b/>
          <w:color w:val="C92A2A"/>
          <w:sz w:val="22"/>
          <w:rtl w:val="1"/>
          <w:rFonts w:ascii="Arial" w:hAnsi="Arial" w:cs="Arial"/>
          <w:bCs/>
          <w:szCs w:val="22"/>
        </w:rPr>
        <w:t xml:space="preserve">   ג. 📖 קוראים את השאלה נכון ✔</w:t>
      </w:r>
    </w:p>
    <w:p>
      <w:pPr>
        <w:bidi w:val="1"/>
        <w:spacing w:after="40"/>
        <w:jc w:val="right"/>
      </w:pPr>
      <w:r>
        <w:rPr>
          <w:b/>
          <w:sz w:val="23"/>
          <w:rtl w:val="1"/>
          <w:rFonts w:ascii="Arial" w:hAnsi="Arial" w:cs="Arial"/>
          <w:bCs/>
          <w:szCs w:val="23"/>
        </w:rPr>
        <w:t>9. אתם תקועים באותה שאלה כבר רבע שעה.   [🆘 נתקעתי!]</w:t>
      </w:r>
    </w:p>
    <w:p>
      <w:pPr>
        <w:bidi w:val="1"/>
        <w:spacing w:after="20"/>
        <w:jc w:val="right"/>
      </w:pPr>
      <w:r>
        <w:rPr>
          <w:b/>
          <w:color w:val="C92A2A"/>
          <w:sz w:val="22"/>
          <w:rtl w:val="1"/>
          <w:rFonts w:ascii="Arial" w:hAnsi="Arial" w:cs="Arial"/>
          <w:bCs/>
          <w:szCs w:val="22"/>
        </w:rPr>
        <w:t xml:space="preserve">   א. 🆘 נתקעתי! ✔</w:t>
      </w:r>
    </w:p>
    <w:p>
      <w:pPr>
        <w:bidi w:val="1"/>
        <w:spacing w:after="20"/>
        <w:jc w:val="right"/>
      </w:pPr>
      <w:r>
        <w:rPr>
          <w:sz w:val="22"/>
          <w:rtl w:val="1"/>
          <w:rFonts w:ascii="Arial" w:hAnsi="Arial" w:cs="Arial"/>
          <w:szCs w:val="22"/>
        </w:rPr>
        <w:t xml:space="preserve">   ב. 📌 ראיה מהטקסט</w:t>
      </w:r>
    </w:p>
    <w:p>
      <w:pPr>
        <w:bidi w:val="1"/>
        <w:spacing w:after="20"/>
        <w:jc w:val="right"/>
      </w:pPr>
      <w:r>
        <w:rPr>
          <w:sz w:val="22"/>
          <w:rtl w:val="1"/>
          <w:rFonts w:ascii="Arial" w:hAnsi="Arial" w:cs="Arial"/>
          <w:szCs w:val="22"/>
        </w:rPr>
        <w:t xml:space="preserve">   ג. 🚦 עוצרים ובודקים: הבנתי?</w:t>
      </w:r>
    </w:p>
    <w:p>
      <w:pPr>
        <w:bidi w:val="1"/>
        <w:spacing w:after="40"/>
        <w:jc w:val="right"/>
      </w:pPr>
      <w:r>
        <w:rPr>
          <w:b/>
          <w:sz w:val="23"/>
          <w:rtl w:val="1"/>
          <w:rFonts w:ascii="Arial" w:hAnsi="Arial" w:cs="Arial"/>
          <w:bCs/>
          <w:szCs w:val="23"/>
        </w:rPr>
        <w:t>10. המבחן נגמר בעוד 10 דקות ונשארו 4 שאלות.   [⏱️ ניהול זמן במבחן]</w:t>
      </w:r>
    </w:p>
    <w:p>
      <w:pPr>
        <w:bidi w:val="1"/>
        <w:spacing w:after="20"/>
        <w:jc w:val="right"/>
      </w:pPr>
      <w:r>
        <w:rPr>
          <w:b/>
          <w:color w:val="C92A2A"/>
          <w:sz w:val="22"/>
          <w:rtl w:val="1"/>
          <w:rFonts w:ascii="Arial" w:hAnsi="Arial" w:cs="Arial"/>
          <w:bCs/>
          <w:szCs w:val="22"/>
        </w:rPr>
        <w:t xml:space="preserve">   א. ⏱️ ניהול זמן במבחן ✔</w:t>
      </w:r>
    </w:p>
    <w:p>
      <w:pPr>
        <w:bidi w:val="1"/>
        <w:spacing w:after="20"/>
        <w:jc w:val="right"/>
      </w:pPr>
      <w:r>
        <w:rPr>
          <w:sz w:val="22"/>
          <w:rtl w:val="1"/>
          <w:rFonts w:ascii="Arial" w:hAnsi="Arial" w:cs="Arial"/>
          <w:szCs w:val="22"/>
        </w:rPr>
        <w:t xml:space="preserve">   ב. 🧠 ידע קודם – מה כבר ידוע לי?</w:t>
      </w:r>
    </w:p>
    <w:p>
      <w:pPr>
        <w:bidi w:val="1"/>
        <w:spacing w:after="20"/>
        <w:jc w:val="right"/>
      </w:pPr>
      <w:r>
        <w:rPr>
          <w:sz w:val="22"/>
          <w:rtl w:val="1"/>
          <w:rFonts w:ascii="Arial" w:hAnsi="Arial" w:cs="Arial"/>
          <w:szCs w:val="22"/>
        </w:rPr>
        <w:t xml:space="preserve">   ג. 🔮 ניבוי – מה יהיה בטקסט?</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2"/>
                <w:rtl w:val="1"/>
                <w:rFonts w:ascii="Arial" w:hAnsi="Arial" w:cs="Arial"/>
                <w:bCs/>
                <w:szCs w:val="22"/>
              </w:rPr>
              <w:t>כרטיס</w:t>
            </w:r>
          </w:p>
        </w:tc>
        <w:tc>
          <w:tcPr>
            <w:tcW w:type="dxa" w:w="2064"/>
            <w:shd w:val="clear" w:color="auto" w:fill="E7F5FF"/>
          </w:tcPr>
          <w:p>
            <w:pPr>
              <w:bidi w:val="1"/>
              <w:spacing w:after="20"/>
              <w:jc w:val="right"/>
            </w:pPr>
            <w:r>
              <w:rPr>
                <w:b/>
                <w:sz w:val="22"/>
                <w:rtl w:val="1"/>
                <w:rFonts w:ascii="Arial" w:hAnsi="Arial" w:cs="Arial"/>
                <w:bCs/>
                <w:szCs w:val="22"/>
              </w:rPr>
              <w:t>לפני</w:t>
            </w:r>
          </w:p>
        </w:tc>
        <w:tc>
          <w:tcPr>
            <w:tcW w:type="dxa" w:w="2064"/>
            <w:shd w:val="clear" w:color="auto" w:fill="E7F5FF"/>
          </w:tcPr>
          <w:p>
            <w:pPr>
              <w:bidi w:val="1"/>
              <w:spacing w:after="20"/>
              <w:jc w:val="right"/>
            </w:pPr>
            <w:r>
              <w:rPr>
                <w:b/>
                <w:sz w:val="22"/>
                <w:rtl w:val="1"/>
                <w:rFonts w:ascii="Arial" w:hAnsi="Arial" w:cs="Arial"/>
                <w:bCs/>
                <w:szCs w:val="22"/>
              </w:rPr>
              <w:t>בזמן</w:t>
            </w:r>
          </w:p>
        </w:tc>
        <w:tc>
          <w:tcPr>
            <w:tcW w:type="dxa" w:w="2064"/>
            <w:shd w:val="clear" w:color="auto" w:fill="E7F5FF"/>
          </w:tcPr>
          <w:p>
            <w:pPr>
              <w:bidi w:val="1"/>
              <w:spacing w:after="20"/>
              <w:jc w:val="right"/>
            </w:pPr>
            <w:r>
              <w:rPr>
                <w:b/>
                <w:sz w:val="22"/>
                <w:rtl w:val="1"/>
                <w:rFonts w:ascii="Arial" w:hAnsi="Arial" w:cs="Arial"/>
                <w:bCs/>
                <w:szCs w:val="22"/>
              </w:rPr>
              <w:t>אחרי</w:t>
            </w:r>
          </w:p>
        </w:tc>
        <w:tc>
          <w:tcPr>
            <w:tcW w:type="dxa" w:w="2064"/>
            <w:shd w:val="clear" w:color="auto" w:fill="E7F5FF"/>
          </w:tcPr>
          <w:p>
            <w:pPr>
              <w:bidi w:val="1"/>
              <w:spacing w:after="20"/>
              <w:jc w:val="right"/>
            </w:pPr>
            <w:r>
              <w:rPr>
                <w:b/>
                <w:sz w:val="22"/>
                <w:rtl w:val="1"/>
                <w:rFonts w:ascii="Arial" w:hAnsi="Arial" w:cs="Arial"/>
                <w:bCs/>
                <w:szCs w:val="22"/>
              </w:rPr>
              <w:t>SOS</w:t>
            </w:r>
          </w:p>
        </w:tc>
      </w:tr>
      <w:tr>
        <w:tc>
          <w:tcPr>
            <w:tcW w:type="dxa" w:w="2064"/>
          </w:tcPr>
          <w:p>
            <w:pPr>
              <w:bidi w:val="1"/>
              <w:spacing w:after="20"/>
              <w:jc w:val="right"/>
            </w:pPr>
            <w:r>
              <w:rPr>
                <w:sz w:val="22"/>
                <w:rtl w:val="1"/>
                <w:rFonts w:ascii="Arial" w:hAnsi="Arial" w:cs="Arial"/>
                <w:szCs w:val="22"/>
              </w:rPr>
              <w:t>🏷️ כותרת – מה היא מבטיחה?</w:t>
            </w: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מילה לא מוכרת – מבינים מההקשר</w:t>
            </w: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r>
      <w:tr>
        <w:tc>
          <w:tcPr>
            <w:tcW w:type="dxa" w:w="2064"/>
          </w:tcPr>
          <w:p>
            <w:pPr>
              <w:bidi w:val="1"/>
              <w:spacing w:after="20"/>
              <w:jc w:val="right"/>
            </w:pPr>
            <w:r>
              <w:rPr>
                <w:sz w:val="22"/>
                <w:rtl w:val="1"/>
                <w:rFonts w:ascii="Arial" w:hAnsi="Arial" w:cs="Arial"/>
                <w:szCs w:val="22"/>
              </w:rPr>
              <w:t>🔮 ניבוי – מה יהיה בטקסט?</w:t>
            </w: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עובדה או דעה?</w:t>
            </w: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תשובה מלאה: טענה + נימוק + דוגמה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נתקעתי!</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r>
    </w:tbl>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(4–6 משפטים): איזה כרטיס ניווט הכי עוזר לכם, ובאיזה שלב של הקריאה? הביאו דוגמה.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סופגים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קולטים, לוקחים לתוכם</w:t>
            </w:r>
          </w:p>
        </w:tc>
      </w:tr>
      <w:tr>
        <w:tc>
          <w:tcPr>
            <w:tcW w:type="dxa" w:w="3439"/>
          </w:tcPr>
          <w:p>
            <w:pPr>
              <w:bidi w:val="1"/>
              <w:spacing w:after="20"/>
              <w:jc w:val="right"/>
            </w:pPr>
            <w:r>
              <w:rPr>
                <w:sz w:val="22"/>
                <w:rtl w:val="1"/>
                <w:rFonts w:ascii="Arial" w:hAnsi="Arial" w:cs="Arial"/>
                <w:szCs w:val="22"/>
              </w:rPr>
              <w:t>להפחית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לעשות שיהיה פחות</w:t>
            </w:r>
          </w:p>
        </w:tc>
      </w:tr>
      <w:tr>
        <w:tc>
          <w:tcPr>
            <w:tcW w:type="dxa" w:w="3439"/>
          </w:tcPr>
          <w:p>
            <w:pPr>
              <w:bidi w:val="1"/>
              <w:spacing w:after="20"/>
              <w:jc w:val="right"/>
            </w:pPr>
            <w:r>
              <w:rPr>
                <w:sz w:val="22"/>
                <w:rtl w:val="1"/>
                <w:rFonts w:ascii="Arial" w:hAnsi="Arial" w:cs="Arial"/>
                <w:szCs w:val="22"/>
              </w:rPr>
              <w:t>ערוגה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מקום קטן לשתילה</w:t>
            </w:r>
          </w:p>
        </w:tc>
      </w:tr>
      <w:tr>
        <w:tc>
          <w:tcPr>
            <w:tcW w:type="dxa" w:w="3439"/>
          </w:tcPr>
          <w:p>
            <w:pPr>
              <w:bidi w:val="1"/>
              <w:spacing w:after="20"/>
              <w:jc w:val="right"/>
            </w:pPr>
            <w:r>
              <w:rPr>
                <w:sz w:val="22"/>
                <w:rtl w:val="1"/>
                <w:rFonts w:ascii="Arial" w:hAnsi="Arial" w:cs="Arial"/>
                <w:szCs w:val="22"/>
              </w:rPr>
              <w:t>תורנות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כל פעם אחרים אחראים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3"/>
          <w:rtl w:val="1"/>
          <w:rFonts w:ascii="Arial" w:hAnsi="Arial" w:cs="Arial"/>
          <w:bCs/>
          <w:szCs w:val="23"/>
        </w:rPr>
        <w:t>1. עוד לא התחלתם לקרוא, ולטקסט יש כותרת שהיא שאלה.   [🏷️ כותרת – מה היא מבטיחה?]</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כותרת – מה היא מבטיחה?</w:t>
      </w:r>
    </w:p>
    <w:p>
      <w:pPr>
        <w:bidi w:val="1"/>
        <w:spacing w:after="20"/>
        <w:jc w:val="right"/>
      </w:pPr>
      <w:r>
        <w:rPr>
          <w:sz w:val="22"/>
          <w:rtl w:val="1"/>
          <w:rFonts w:ascii="Arial" w:hAnsi="Arial" w:cs="Arial"/>
          <w:szCs w:val="22"/>
        </w:rPr>
        <w:t xml:space="preserve">   ג. 🆘 נתקעתי!</w:t>
      </w:r>
    </w:p>
    <w:p>
      <w:pPr>
        <w:bidi w:val="1"/>
        <w:spacing w:after="40"/>
        <w:jc w:val="right"/>
      </w:pPr>
      <w:r>
        <w:rPr>
          <w:b/>
          <w:sz w:val="23"/>
          <w:rtl w:val="1"/>
          <w:rFonts w:ascii="Arial" w:hAnsi="Arial" w:cs="Arial"/>
          <w:bCs/>
          <w:szCs w:val="23"/>
        </w:rPr>
        <w:t>2. המורה מבקשת לנחש מה יקרה בסיפור עוד לפני הקריאה.   [🔮 ניבוי – מה יהיה בטקסט?]</w:t>
      </w:r>
    </w:p>
    <w:p>
      <w:pPr>
        <w:bidi w:val="1"/>
        <w:spacing w:after="20"/>
        <w:jc w:val="right"/>
      </w:pPr>
      <w:r>
        <w:rPr>
          <w:sz w:val="22"/>
          <w:rtl w:val="1"/>
          <w:rFonts w:ascii="Arial" w:hAnsi="Arial" w:cs="Arial"/>
          <w:szCs w:val="22"/>
        </w:rPr>
        <w:t xml:space="preserve">   א. 🔗 מילות קישור – תמרורים בטקסט</w:t>
      </w:r>
    </w:p>
    <w:p>
      <w:pPr>
        <w:bidi w:val="1"/>
        <w:spacing w:after="20"/>
        <w:jc w:val="right"/>
      </w:pPr>
      <w:r>
        <w:rPr>
          <w:sz w:val="22"/>
          <w:rtl w:val="1"/>
          <w:rFonts w:ascii="Arial" w:hAnsi="Arial" w:cs="Arial"/>
          <w:szCs w:val="22"/>
        </w:rPr>
        <w:t xml:space="preserve">   ב. 🔮 ניבוי – מה יהיה בטקסט?</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3. סיימתם פסקה ולא בטוחים מה העיקר בה.   [💡 הרעיון המרכזי בפסקה]</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שאלת עמדה</w:t>
      </w:r>
    </w:p>
    <w:p>
      <w:pPr>
        <w:bidi w:val="1"/>
        <w:spacing w:after="20"/>
        <w:jc w:val="right"/>
      </w:pPr>
      <w:r>
        <w:rPr>
          <w:sz w:val="22"/>
          <w:rtl w:val="1"/>
          <w:rFonts w:ascii="Arial" w:hAnsi="Arial" w:cs="Arial"/>
          <w:szCs w:val="22"/>
        </w:rPr>
        <w:t xml:space="preserve">   ג. 💡 הרעיון המרכזי בפסקה</w:t>
      </w:r>
    </w:p>
    <w:p>
      <w:pPr>
        <w:bidi w:val="1"/>
        <w:spacing w:after="40"/>
        <w:jc w:val="right"/>
      </w:pPr>
      <w:r>
        <w:rPr>
          <w:b/>
          <w:sz w:val="23"/>
          <w:rtl w:val="1"/>
          <w:rFonts w:ascii="Arial" w:hAnsi="Arial" w:cs="Arial"/>
          <w:bCs/>
          <w:szCs w:val="23"/>
        </w:rPr>
        <w:t>4. באמצע הפסקה מופיע "עם זאת" ואתם תוהים מה יבוא אחריו.   [🔗 מילות קישור – תמרורים בטקסט]</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מילות קישור – תמרורים בטקסט</w:t>
      </w:r>
    </w:p>
    <w:p>
      <w:pPr>
        <w:bidi w:val="1"/>
        <w:spacing w:after="20"/>
        <w:jc w:val="right"/>
      </w:pPr>
      <w:r>
        <w:rPr>
          <w:sz w:val="22"/>
          <w:rtl w:val="1"/>
          <w:rFonts w:ascii="Arial" w:hAnsi="Arial" w:cs="Arial"/>
          <w:szCs w:val="22"/>
        </w:rPr>
        <w:t xml:space="preserve">   ג. 🧱 מילה קשה מאוד</w:t>
      </w:r>
    </w:p>
    <w:p>
      <w:pPr>
        <w:bidi w:val="1"/>
        <w:spacing w:after="40"/>
        <w:jc w:val="right"/>
      </w:pPr>
      <w:r>
        <w:rPr>
          <w:b/>
          <w:sz w:val="23"/>
          <w:rtl w:val="1"/>
          <w:rFonts w:ascii="Arial" w:hAnsi="Arial" w:cs="Arial"/>
          <w:bCs/>
          <w:szCs w:val="23"/>
        </w:rPr>
        <w:t>5. בסיפור יש תיאור ארוך של מקום, ואתם רוצים להרגיש אותו.   [🎬 רואים את זה בדמיון]</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רואים את זה בדמיון</w:t>
      </w:r>
    </w:p>
    <w:p>
      <w:pPr>
        <w:bidi w:val="1"/>
        <w:spacing w:after="20"/>
        <w:jc w:val="right"/>
      </w:pPr>
      <w:r>
        <w:rPr>
          <w:sz w:val="22"/>
          <w:rtl w:val="1"/>
          <w:rFonts w:ascii="Arial" w:hAnsi="Arial" w:cs="Arial"/>
          <w:szCs w:val="22"/>
        </w:rPr>
        <w:t xml:space="preserve">   ג. 📝 סיכום קצר</w:t>
      </w:r>
    </w:p>
    <w:p>
      <w:pPr>
        <w:bidi w:val="1"/>
        <w:spacing w:after="40"/>
        <w:jc w:val="right"/>
      </w:pPr>
      <w:r>
        <w:rPr>
          <w:b/>
          <w:sz w:val="23"/>
          <w:rtl w:val="1"/>
          <w:rFonts w:ascii="Arial" w:hAnsi="Arial" w:cs="Arial"/>
          <w:bCs/>
          <w:szCs w:val="23"/>
        </w:rPr>
        <w:t>6. רוצים לראות איך כל הפסקאות מתחברות זו לזו.   [🗺️ מפת הטקסט]</w:t>
      </w:r>
    </w:p>
    <w:p>
      <w:pPr>
        <w:bidi w:val="1"/>
        <w:spacing w:after="20"/>
        <w:jc w:val="right"/>
      </w:pPr>
      <w:r>
        <w:rPr>
          <w:sz w:val="22"/>
          <w:rtl w:val="1"/>
          <w:rFonts w:ascii="Arial" w:hAnsi="Arial" w:cs="Arial"/>
          <w:szCs w:val="22"/>
        </w:rPr>
        <w:t xml:space="preserve">   א. 🗺️ מפת הטקסט</w:t>
      </w:r>
    </w:p>
    <w:p>
      <w:pPr>
        <w:bidi w:val="1"/>
        <w:spacing w:after="20"/>
        <w:jc w:val="right"/>
      </w:pPr>
      <w:r>
        <w:rPr>
          <w:sz w:val="22"/>
          <w:rtl w:val="1"/>
          <w:rFonts w:ascii="Arial" w:hAnsi="Arial" w:cs="Arial"/>
          <w:szCs w:val="22"/>
        </w:rPr>
        <w:t xml:space="preserve">   ב. 🧩 מילה לא מוכרת – מבינים מההקשר</w:t>
      </w:r>
    </w:p>
    <w:p>
      <w:pPr>
        <w:bidi w:val="1"/>
        <w:spacing w:after="20"/>
        <w:jc w:val="right"/>
      </w:pPr>
      <w:r>
        <w:rPr>
          <w:sz w:val="22"/>
          <w:rtl w:val="1"/>
          <w:rFonts w:ascii="Arial" w:hAnsi="Arial" w:cs="Arial"/>
          <w:szCs w:val="22"/>
        </w:rPr>
        <w:t xml:space="preserve">   ג. ✅ בדיקה לפני הגשה</w:t>
      </w:r>
    </w:p>
    <w:p>
      <w:pPr>
        <w:bidi w:val="1"/>
        <w:spacing w:after="40"/>
        <w:jc w:val="right"/>
      </w:pPr>
      <w:r>
        <w:rPr>
          <w:b/>
          <w:sz w:val="23"/>
          <w:rtl w:val="1"/>
          <w:rFonts w:ascii="Arial" w:hAnsi="Arial" w:cs="Arial"/>
          <w:bCs/>
          <w:szCs w:val="23"/>
        </w:rPr>
        <w:t>7. השאלה: "מה אפשר להסיק על אופי הדמות?"   [🕵️ שאלת הסקה – בין השורות]</w:t>
      </w:r>
    </w:p>
    <w:p>
      <w:pPr>
        <w:bidi w:val="1"/>
        <w:spacing w:after="20"/>
        <w:jc w:val="right"/>
      </w:pPr>
      <w:r>
        <w:rPr>
          <w:sz w:val="22"/>
          <w:rtl w:val="1"/>
          <w:rFonts w:ascii="Arial" w:hAnsi="Arial" w:cs="Arial"/>
          <w:szCs w:val="22"/>
        </w:rPr>
        <w:t xml:space="preserve">   א. 🖍️ סימון מילות מפתח</w:t>
      </w:r>
    </w:p>
    <w:p>
      <w:pPr>
        <w:bidi w:val="1"/>
        <w:spacing w:after="20"/>
        <w:jc w:val="right"/>
      </w:pPr>
      <w:r>
        <w:rPr>
          <w:sz w:val="22"/>
          <w:rtl w:val="1"/>
          <w:rFonts w:ascii="Arial" w:hAnsi="Arial" w:cs="Arial"/>
          <w:szCs w:val="22"/>
        </w:rPr>
        <w:t xml:space="preserve">   ב. 🕵️ שאלת הסקה – בין השורות</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8. בשאלה כתוב "ציינו שלושה… והסבירו אחד", ולא ברור כמה לכתוב.   [📖 קוראים את השאלה נכון]</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סימון מילות מפתח</w:t>
      </w:r>
    </w:p>
    <w:p>
      <w:pPr>
        <w:bidi w:val="1"/>
        <w:spacing w:after="20"/>
        <w:jc w:val="right"/>
      </w:pPr>
      <w:r>
        <w:rPr>
          <w:sz w:val="22"/>
          <w:rtl w:val="1"/>
          <w:rFonts w:ascii="Arial" w:hAnsi="Arial" w:cs="Arial"/>
          <w:szCs w:val="22"/>
        </w:rPr>
        <w:t xml:space="preserve">   ג. 📖 קוראים את השאלה נכון</w:t>
      </w:r>
    </w:p>
    <w:p>
      <w:pPr>
        <w:bidi w:val="1"/>
        <w:spacing w:after="40"/>
        <w:jc w:val="right"/>
      </w:pPr>
      <w:r>
        <w:rPr>
          <w:b/>
          <w:sz w:val="23"/>
          <w:rtl w:val="1"/>
          <w:rFonts w:ascii="Arial" w:hAnsi="Arial" w:cs="Arial"/>
          <w:bCs/>
          <w:szCs w:val="23"/>
        </w:rPr>
        <w:t>9. אתם תקועים באותה שאלה כבר רבע שעה.   [🆘 נתקעתי!]</w:t>
      </w:r>
    </w:p>
    <w:p>
      <w:pPr>
        <w:bidi w:val="1"/>
        <w:spacing w:after="20"/>
        <w:jc w:val="right"/>
      </w:pPr>
      <w:r>
        <w:rPr>
          <w:sz w:val="22"/>
          <w:rtl w:val="1"/>
          <w:rFonts w:ascii="Arial" w:hAnsi="Arial" w:cs="Arial"/>
          <w:szCs w:val="22"/>
        </w:rPr>
        <w:t xml:space="preserve">   א. 🆘 נתקעתי!</w:t>
      </w:r>
    </w:p>
    <w:p>
      <w:pPr>
        <w:bidi w:val="1"/>
        <w:spacing w:after="20"/>
        <w:jc w:val="right"/>
      </w:pPr>
      <w:r>
        <w:rPr>
          <w:sz w:val="22"/>
          <w:rtl w:val="1"/>
          <w:rFonts w:ascii="Arial" w:hAnsi="Arial" w:cs="Arial"/>
          <w:szCs w:val="22"/>
        </w:rPr>
        <w:t xml:space="preserve">   ב. 📌 ראיה מהטקסט</w:t>
      </w:r>
    </w:p>
    <w:p>
      <w:pPr>
        <w:bidi w:val="1"/>
        <w:spacing w:after="20"/>
        <w:jc w:val="right"/>
      </w:pPr>
      <w:r>
        <w:rPr>
          <w:sz w:val="22"/>
          <w:rtl w:val="1"/>
          <w:rFonts w:ascii="Arial" w:hAnsi="Arial" w:cs="Arial"/>
          <w:szCs w:val="22"/>
        </w:rPr>
        <w:t xml:space="preserve">   ג. 🚦 עוצרים ובודקים: הבנתי?</w:t>
      </w:r>
    </w:p>
    <w:p>
      <w:pPr>
        <w:bidi w:val="1"/>
        <w:spacing w:after="40"/>
        <w:jc w:val="right"/>
      </w:pPr>
      <w:r>
        <w:rPr>
          <w:b/>
          <w:sz w:val="23"/>
          <w:rtl w:val="1"/>
          <w:rFonts w:ascii="Arial" w:hAnsi="Arial" w:cs="Arial"/>
          <w:bCs/>
          <w:szCs w:val="23"/>
        </w:rPr>
        <w:t>10. המבחן נגמר בעוד 10 דקות ונשארו 4 שאלות.   [⏱️ ניהול זמן במבחן]</w:t>
      </w:r>
    </w:p>
    <w:p>
      <w:pPr>
        <w:bidi w:val="1"/>
        <w:spacing w:after="20"/>
        <w:jc w:val="right"/>
      </w:pPr>
      <w:r>
        <w:rPr>
          <w:sz w:val="22"/>
          <w:rtl w:val="1"/>
          <w:rFonts w:ascii="Arial" w:hAnsi="Arial" w:cs="Arial"/>
          <w:szCs w:val="22"/>
        </w:rPr>
        <w:t xml:space="preserve">   א. ⏱️ ניהול זמן במבחן</w:t>
      </w:r>
    </w:p>
    <w:p>
      <w:pPr>
        <w:bidi w:val="1"/>
        <w:spacing w:after="20"/>
        <w:jc w:val="right"/>
      </w:pPr>
      <w:r>
        <w:rPr>
          <w:sz w:val="22"/>
          <w:rtl w:val="1"/>
          <w:rFonts w:ascii="Arial" w:hAnsi="Arial" w:cs="Arial"/>
          <w:szCs w:val="22"/>
        </w:rPr>
        <w:t xml:space="preserve">   ב. 🧠 ידע קודם – מה כבר ידוע לי?</w:t>
      </w:r>
    </w:p>
    <w:p>
      <w:pPr>
        <w:bidi w:val="1"/>
        <w:spacing w:after="20"/>
        <w:jc w:val="right"/>
      </w:pPr>
      <w:r>
        <w:rPr>
          <w:sz w:val="22"/>
          <w:rtl w:val="1"/>
          <w:rFonts w:ascii="Arial" w:hAnsi="Arial" w:cs="Arial"/>
          <w:szCs w:val="22"/>
        </w:rPr>
        <w:t xml:space="preserve">   ג. 🔮 ניבוי – מה יהיה בטקסט?</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2"/>
                <w:rtl w:val="1"/>
                <w:rFonts w:ascii="Arial" w:hAnsi="Arial" w:cs="Arial"/>
                <w:bCs/>
                <w:szCs w:val="22"/>
              </w:rPr>
              <w:t>כרטיס</w:t>
            </w:r>
          </w:p>
        </w:tc>
        <w:tc>
          <w:tcPr>
            <w:tcW w:type="dxa" w:w="2064"/>
            <w:shd w:val="clear" w:color="auto" w:fill="E7F5FF"/>
          </w:tcPr>
          <w:p>
            <w:pPr>
              <w:bidi w:val="1"/>
              <w:spacing w:after="20"/>
              <w:jc w:val="right"/>
            </w:pPr>
            <w:r>
              <w:rPr>
                <w:b/>
                <w:sz w:val="22"/>
                <w:rtl w:val="1"/>
                <w:rFonts w:ascii="Arial" w:hAnsi="Arial" w:cs="Arial"/>
                <w:bCs/>
                <w:szCs w:val="22"/>
              </w:rPr>
              <w:t>לפני</w:t>
            </w:r>
          </w:p>
        </w:tc>
        <w:tc>
          <w:tcPr>
            <w:tcW w:type="dxa" w:w="2064"/>
            <w:shd w:val="clear" w:color="auto" w:fill="E7F5FF"/>
          </w:tcPr>
          <w:p>
            <w:pPr>
              <w:bidi w:val="1"/>
              <w:spacing w:after="20"/>
              <w:jc w:val="right"/>
            </w:pPr>
            <w:r>
              <w:rPr>
                <w:b/>
                <w:sz w:val="22"/>
                <w:rtl w:val="1"/>
                <w:rFonts w:ascii="Arial" w:hAnsi="Arial" w:cs="Arial"/>
                <w:bCs/>
                <w:szCs w:val="22"/>
              </w:rPr>
              <w:t>בזמן</w:t>
            </w:r>
          </w:p>
        </w:tc>
        <w:tc>
          <w:tcPr>
            <w:tcW w:type="dxa" w:w="2064"/>
            <w:shd w:val="clear" w:color="auto" w:fill="E7F5FF"/>
          </w:tcPr>
          <w:p>
            <w:pPr>
              <w:bidi w:val="1"/>
              <w:spacing w:after="20"/>
              <w:jc w:val="right"/>
            </w:pPr>
            <w:r>
              <w:rPr>
                <w:b/>
                <w:sz w:val="22"/>
                <w:rtl w:val="1"/>
                <w:rFonts w:ascii="Arial" w:hAnsi="Arial" w:cs="Arial"/>
                <w:bCs/>
                <w:szCs w:val="22"/>
              </w:rPr>
              <w:t>אחרי</w:t>
            </w:r>
          </w:p>
        </w:tc>
        <w:tc>
          <w:tcPr>
            <w:tcW w:type="dxa" w:w="2064"/>
            <w:shd w:val="clear" w:color="auto" w:fill="E7F5FF"/>
          </w:tcPr>
          <w:p>
            <w:pPr>
              <w:bidi w:val="1"/>
              <w:spacing w:after="20"/>
              <w:jc w:val="right"/>
            </w:pPr>
            <w:r>
              <w:rPr>
                <w:b/>
                <w:sz w:val="22"/>
                <w:rtl w:val="1"/>
                <w:rFonts w:ascii="Arial" w:hAnsi="Arial" w:cs="Arial"/>
                <w:bCs/>
                <w:szCs w:val="22"/>
              </w:rPr>
              <w:t>SOS</w:t>
            </w:r>
          </w:p>
        </w:tc>
      </w:tr>
      <w:tr>
        <w:tc>
          <w:tcPr>
            <w:tcW w:type="dxa" w:w="2064"/>
          </w:tcPr>
          <w:p>
            <w:pPr>
              <w:bidi w:val="1"/>
              <w:spacing w:after="20"/>
              <w:jc w:val="right"/>
            </w:pPr>
            <w:r>
              <w:rPr>
                <w:sz w:val="22"/>
                <w:rtl w:val="1"/>
                <w:rFonts w:ascii="Arial" w:hAnsi="Arial" w:cs="Arial"/>
                <w:szCs w:val="22"/>
              </w:rPr>
              <w:t>🏷️ כותרת – מה היא מבטיחה?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מילה לא מוכרת – מבינים מההקשר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ניבוי – מה יהיה בטקסט?</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עובדה או דעה?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תשובה מלאה: טענה + נימוק + דוגמה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נתקעתי!</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bl>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(4–6 משפטים): איזה כרטיס ניווט הכי עוזר לכם, ובאיזה שלב של הקריאה? הביאו דוגמה.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משחק: איזה כרטיס מתאים? · חט״ב עולים חדשים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